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800FE6" w14:textId="7F12FBB9" w:rsidR="007D1342" w:rsidRDefault="000E6040">
      <w:pPr>
        <w:rPr>
          <w:b/>
          <w:color w:val="173A66"/>
          <w:sz w:val="60"/>
        </w:rPr>
      </w:pPr>
      <w:r w:rsidRPr="007D1342">
        <w:rPr>
          <w:b/>
          <w:color w:val="173A66"/>
          <w:sz w:val="60"/>
        </w:rPr>
        <w:drawing>
          <wp:inline distT="0" distB="0" distL="0" distR="0" wp14:anchorId="164FD65B" wp14:editId="5476000C">
            <wp:extent cx="6198345" cy="8773876"/>
            <wp:effectExtent l="0" t="0" r="0" b="1905"/>
            <wp:docPr id="83239795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39795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6155" cy="878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1342">
        <w:rPr>
          <w:b/>
          <w:color w:val="173A66"/>
          <w:sz w:val="60"/>
        </w:rPr>
        <w:br w:type="page"/>
      </w:r>
    </w:p>
    <w:p w14:paraId="105B8BC5" w14:textId="36F718D2" w:rsidR="002241E4" w:rsidRDefault="00000000">
      <w:pPr>
        <w:jc w:val="center"/>
      </w:pPr>
      <w:r>
        <w:rPr>
          <w:b/>
          <w:color w:val="173A66"/>
          <w:sz w:val="60"/>
        </w:rPr>
        <w:lastRenderedPageBreak/>
        <w:t>TAG EN TORSDAG</w:t>
      </w:r>
    </w:p>
    <w:p w14:paraId="230DC90E" w14:textId="66767C40" w:rsidR="002241E4" w:rsidRDefault="00000000">
      <w:pPr>
        <w:jc w:val="center"/>
      </w:pPr>
      <w:r>
        <w:rPr>
          <w:b/>
          <w:sz w:val="28"/>
        </w:rPr>
        <w:t xml:space="preserve">25 sultne ledere · Én familie · </w:t>
      </w:r>
      <w:proofErr w:type="spellStart"/>
      <w:r>
        <w:rPr>
          <w:b/>
          <w:sz w:val="28"/>
        </w:rPr>
        <w:t>Én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helt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almindelig</w:t>
      </w:r>
      <w:r w:rsidR="007D1342">
        <w:rPr>
          <w:b/>
          <w:sz w:val="28"/>
        </w:rPr>
        <w:t>t</w:t>
      </w:r>
      <w:proofErr w:type="spellEnd"/>
      <w:r w:rsidR="007D1342">
        <w:rPr>
          <w:b/>
          <w:sz w:val="28"/>
        </w:rPr>
        <w:t xml:space="preserve"> </w:t>
      </w:r>
      <w:proofErr w:type="spellStart"/>
      <w:r w:rsidR="007D1342">
        <w:rPr>
          <w:b/>
          <w:sz w:val="28"/>
        </w:rPr>
        <w:t>måltid</w:t>
      </w:r>
      <w:proofErr w:type="spellEnd"/>
    </w:p>
    <w:p w14:paraId="62E6D24F" w14:textId="77777777" w:rsidR="002241E4" w:rsidRDefault="00000000">
      <w:pPr>
        <w:jc w:val="center"/>
      </w:pPr>
      <w:r>
        <w:rPr>
          <w:i/>
        </w:rPr>
        <w:t>Det gør en stor forskel.</w:t>
      </w:r>
    </w:p>
    <w:p w14:paraId="4C1F11B1" w14:textId="77777777" w:rsidR="002241E4" w:rsidRDefault="00000000">
      <w:pPr>
        <w:pStyle w:val="Overskrift1"/>
      </w:pPr>
      <w:r>
        <w:t>LederMad - så enkelt er det</w:t>
      </w:r>
    </w:p>
    <w:tbl>
      <w:tblPr>
        <w:tblStyle w:val="Mediumgitter1-fremhvningsfarve1"/>
        <w:tblW w:w="0" w:type="auto"/>
        <w:tblLook w:val="04A0" w:firstRow="1" w:lastRow="0" w:firstColumn="1" w:lastColumn="0" w:noHBand="0" w:noVBand="1"/>
      </w:tblPr>
      <w:tblGrid>
        <w:gridCol w:w="5146"/>
        <w:gridCol w:w="5146"/>
      </w:tblGrid>
      <w:tr w:rsidR="002241E4" w14:paraId="4D4200DA" w14:textId="77777777" w:rsidTr="000E60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6" w:type="dxa"/>
          </w:tcPr>
          <w:p w14:paraId="5EF689D7" w14:textId="77777777" w:rsidR="002241E4" w:rsidRDefault="00000000">
            <w:r>
              <w:rPr>
                <w:color w:val="173A66"/>
              </w:rPr>
              <w:t>1 · Vælg en torsdag</w:t>
            </w:r>
          </w:p>
          <w:p w14:paraId="3312F571" w14:textId="34C8BE8B" w:rsidR="002241E4" w:rsidRDefault="00000000">
            <w:r>
              <w:t xml:space="preserve">Meld dig til i </w:t>
            </w:r>
            <w:proofErr w:type="spellStart"/>
            <w:r w:rsidR="007D1342">
              <w:t>medlemsservice</w:t>
            </w:r>
            <w:proofErr w:type="spellEnd"/>
            <w:r w:rsidR="007D1342">
              <w:t xml:space="preserve">. Du </w:t>
            </w:r>
            <w:proofErr w:type="spellStart"/>
            <w:r w:rsidR="007D1342">
              <w:t>kan</w:t>
            </w:r>
            <w:proofErr w:type="spellEnd"/>
            <w:r w:rsidR="007D1342">
              <w:t xml:space="preserve"> se alle de </w:t>
            </w:r>
            <w:proofErr w:type="spellStart"/>
            <w:r w:rsidR="007D1342">
              <w:t>mulige</w:t>
            </w:r>
            <w:proofErr w:type="spellEnd"/>
            <w:r w:rsidR="007D1342">
              <w:t xml:space="preserve"> </w:t>
            </w:r>
            <w:proofErr w:type="spellStart"/>
            <w:r w:rsidR="007D1342">
              <w:t>torsdage</w:t>
            </w:r>
            <w:proofErr w:type="spellEnd"/>
            <w:r w:rsidR="007D1342">
              <w:t xml:space="preserve"> </w:t>
            </w:r>
            <w:proofErr w:type="spellStart"/>
            <w:r w:rsidR="007D1342">
              <w:t>og</w:t>
            </w:r>
            <w:proofErr w:type="spellEnd"/>
            <w:r w:rsidR="007D1342">
              <w:t xml:space="preserve"> </w:t>
            </w:r>
            <w:proofErr w:type="spellStart"/>
            <w:r w:rsidR="007D1342">
              <w:t>vælge</w:t>
            </w:r>
            <w:proofErr w:type="spellEnd"/>
            <w:r w:rsidR="007D1342">
              <w:t xml:space="preserve"> den der passer for </w:t>
            </w:r>
            <w:proofErr w:type="spellStart"/>
            <w:r w:rsidR="007D1342">
              <w:t>jer</w:t>
            </w:r>
            <w:proofErr w:type="spellEnd"/>
          </w:p>
        </w:tc>
        <w:tc>
          <w:tcPr>
            <w:tcW w:w="5156" w:type="dxa"/>
          </w:tcPr>
          <w:p w14:paraId="795EBEF2" w14:textId="77777777" w:rsidR="002241E4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173A66"/>
              </w:rPr>
              <w:t>2 · Lav mad til ca. 25</w:t>
            </w:r>
          </w:p>
          <w:p w14:paraId="42D05462" w14:textId="23AD4D8B" w:rsidR="002241E4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 </w:t>
            </w:r>
            <w:proofErr w:type="spellStart"/>
            <w:r>
              <w:t>kælderkøkkenet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</w:t>
            </w:r>
            <w:proofErr w:type="spellStart"/>
            <w:r>
              <w:t>hjemmefra</w:t>
            </w:r>
            <w:proofErr w:type="spellEnd"/>
            <w:r>
              <w:t>.</w:t>
            </w:r>
            <w:r w:rsidR="007D1342">
              <w:t xml:space="preserve"> </w:t>
            </w:r>
            <w:proofErr w:type="spellStart"/>
            <w:r w:rsidR="007D1342">
              <w:t>Køkkenet</w:t>
            </w:r>
            <w:proofErr w:type="spellEnd"/>
            <w:r w:rsidR="007D1342">
              <w:t xml:space="preserve"> I </w:t>
            </w:r>
            <w:proofErr w:type="spellStart"/>
            <w:r w:rsidR="007D1342">
              <w:t>kælderen</w:t>
            </w:r>
            <w:proofErr w:type="spellEnd"/>
            <w:r w:rsidR="007D1342">
              <w:t xml:space="preserve"> </w:t>
            </w:r>
            <w:proofErr w:type="spellStart"/>
            <w:r w:rsidR="007D1342">
              <w:t>har</w:t>
            </w:r>
            <w:proofErr w:type="spellEnd"/>
            <w:r w:rsidR="007D1342">
              <w:t xml:space="preserve"> det hele (</w:t>
            </w:r>
            <w:proofErr w:type="spellStart"/>
            <w:r w:rsidR="007D1342">
              <w:t>også</w:t>
            </w:r>
            <w:proofErr w:type="spellEnd"/>
            <w:r w:rsidR="007D1342">
              <w:t xml:space="preserve"> </w:t>
            </w:r>
            <w:proofErr w:type="spellStart"/>
            <w:r w:rsidR="007D1342">
              <w:t>fedtstof</w:t>
            </w:r>
            <w:proofErr w:type="spellEnd"/>
            <w:r w:rsidR="007D1342">
              <w:t xml:space="preserve"> </w:t>
            </w:r>
            <w:proofErr w:type="spellStart"/>
            <w:r w:rsidR="007D1342">
              <w:t>og</w:t>
            </w:r>
            <w:proofErr w:type="spellEnd"/>
            <w:r w:rsidR="007D1342">
              <w:t xml:space="preserve"> diverse </w:t>
            </w:r>
            <w:proofErr w:type="spellStart"/>
            <w:r w:rsidR="007D1342">
              <w:t>krydderier</w:t>
            </w:r>
            <w:proofErr w:type="spellEnd"/>
            <w:r w:rsidR="007D1342">
              <w:t xml:space="preserve">) </w:t>
            </w:r>
            <w:proofErr w:type="spellStart"/>
            <w:r w:rsidR="007D1342">
              <w:t>og</w:t>
            </w:r>
            <w:proofErr w:type="spellEnd"/>
            <w:r w:rsidR="007D1342">
              <w:t xml:space="preserve"> er </w:t>
            </w:r>
            <w:proofErr w:type="spellStart"/>
            <w:r w:rsidR="007D1342">
              <w:t>åbent</w:t>
            </w:r>
            <w:proofErr w:type="spellEnd"/>
            <w:r w:rsidR="007D1342">
              <w:t xml:space="preserve"> </w:t>
            </w:r>
            <w:proofErr w:type="spellStart"/>
            <w:r w:rsidR="007D1342">
              <w:t>fra</w:t>
            </w:r>
            <w:proofErr w:type="spellEnd"/>
            <w:r w:rsidR="007D1342">
              <w:t xml:space="preserve"> kl. 16.30</w:t>
            </w:r>
          </w:p>
        </w:tc>
      </w:tr>
      <w:tr w:rsidR="002241E4" w14:paraId="2459E43B" w14:textId="77777777" w:rsidTr="000E60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6" w:type="dxa"/>
          </w:tcPr>
          <w:p w14:paraId="78278F72" w14:textId="77777777" w:rsidR="002241E4" w:rsidRDefault="00000000">
            <w:r>
              <w:rPr>
                <w:color w:val="173A66"/>
              </w:rPr>
              <w:t>3 · Budget: 500-700 kr.</w:t>
            </w:r>
          </w:p>
          <w:p w14:paraId="20B709F8" w14:textId="798A3E09" w:rsidR="002241E4" w:rsidRDefault="00000000">
            <w:r>
              <w:t xml:space="preserve">God </w:t>
            </w:r>
            <w:proofErr w:type="spellStart"/>
            <w:r>
              <w:t>hverdagsmad</w:t>
            </w:r>
            <w:proofErr w:type="spellEnd"/>
            <w:r>
              <w:t xml:space="preserve"> - </w:t>
            </w:r>
            <w:proofErr w:type="spellStart"/>
            <w:r>
              <w:t>ikke</w:t>
            </w:r>
            <w:proofErr w:type="spellEnd"/>
            <w:r>
              <w:t xml:space="preserve"> gourmet.</w:t>
            </w:r>
            <w:r w:rsidR="007D1342">
              <w:br/>
              <w:t xml:space="preserve">Du </w:t>
            </w:r>
            <w:proofErr w:type="spellStart"/>
            <w:r w:rsidR="007D1342">
              <w:t>lægger</w:t>
            </w:r>
            <w:proofErr w:type="spellEnd"/>
            <w:r w:rsidR="007D1342">
              <w:t xml:space="preserve"> </w:t>
            </w:r>
            <w:proofErr w:type="spellStart"/>
            <w:r w:rsidR="007D1342">
              <w:t>ud</w:t>
            </w:r>
            <w:proofErr w:type="spellEnd"/>
            <w:r w:rsidR="007D1342">
              <w:t xml:space="preserve"> </w:t>
            </w:r>
            <w:proofErr w:type="spellStart"/>
            <w:r w:rsidR="007D1342">
              <w:t>og</w:t>
            </w:r>
            <w:proofErr w:type="spellEnd"/>
            <w:r w:rsidR="007D1342">
              <w:t xml:space="preserve"> uploader </w:t>
            </w:r>
            <w:proofErr w:type="spellStart"/>
            <w:r w:rsidR="007D1342">
              <w:t>derefter</w:t>
            </w:r>
            <w:proofErr w:type="spellEnd"/>
            <w:r w:rsidR="007D1342">
              <w:t xml:space="preserve"> alle </w:t>
            </w:r>
            <w:proofErr w:type="spellStart"/>
            <w:r w:rsidR="007D1342">
              <w:t>kvitteringer</w:t>
            </w:r>
            <w:proofErr w:type="spellEnd"/>
            <w:r w:rsidR="007D1342">
              <w:t xml:space="preserve"> I </w:t>
            </w:r>
            <w:proofErr w:type="spellStart"/>
            <w:r w:rsidR="007D1342">
              <w:t>medlemsservice</w:t>
            </w:r>
            <w:proofErr w:type="spellEnd"/>
            <w:r w:rsidR="007D1342">
              <w:t>.</w:t>
            </w:r>
          </w:p>
        </w:tc>
        <w:tc>
          <w:tcPr>
            <w:tcW w:w="5156" w:type="dxa"/>
          </w:tcPr>
          <w:p w14:paraId="290624D2" w14:textId="77777777" w:rsidR="002241E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color w:val="173A66"/>
              </w:rPr>
              <w:t>4 · Klar kl. 18.20</w:t>
            </w:r>
          </w:p>
          <w:p w14:paraId="6BBF48D4" w14:textId="10C77C5D" w:rsidR="002241E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Gør klar til servering. Lederne </w:t>
            </w:r>
            <w:proofErr w:type="spellStart"/>
            <w:r>
              <w:t>tager</w:t>
            </w:r>
            <w:proofErr w:type="spellEnd"/>
            <w:r>
              <w:t xml:space="preserve"> </w:t>
            </w:r>
            <w:proofErr w:type="spellStart"/>
            <w:r>
              <w:t>selv</w:t>
            </w:r>
            <w:proofErr w:type="spellEnd"/>
            <w:r>
              <w:t xml:space="preserve"> </w:t>
            </w:r>
            <w:proofErr w:type="spellStart"/>
            <w:r>
              <w:t>servicet</w:t>
            </w:r>
            <w:proofErr w:type="spellEnd"/>
            <w:r>
              <w:t xml:space="preserve"> </w:t>
            </w:r>
            <w:proofErr w:type="spellStart"/>
            <w:r>
              <w:t>bagefter</w:t>
            </w:r>
            <w:proofErr w:type="spellEnd"/>
            <w:r>
              <w:t>.</w:t>
            </w:r>
            <w:r w:rsidR="007D1342">
              <w:t xml:space="preserve"> Du er </w:t>
            </w:r>
            <w:proofErr w:type="spellStart"/>
            <w:r w:rsidR="007D1342">
              <w:t>naturligvis</w:t>
            </w:r>
            <w:proofErr w:type="spellEnd"/>
            <w:r w:rsidR="007D1342">
              <w:t xml:space="preserve"> </w:t>
            </w:r>
            <w:proofErr w:type="spellStart"/>
            <w:r w:rsidR="007D1342">
              <w:t>velkommen</w:t>
            </w:r>
            <w:proofErr w:type="spellEnd"/>
            <w:r w:rsidR="007D1342">
              <w:t xml:space="preserve"> </w:t>
            </w:r>
            <w:proofErr w:type="spellStart"/>
            <w:r w:rsidR="007D1342">
              <w:t>til</w:t>
            </w:r>
            <w:proofErr w:type="spellEnd"/>
            <w:r w:rsidR="007D1342">
              <w:t xml:space="preserve"> at </w:t>
            </w:r>
            <w:proofErr w:type="spellStart"/>
            <w:r w:rsidR="007D1342">
              <w:t>spise</w:t>
            </w:r>
            <w:proofErr w:type="spellEnd"/>
            <w:r w:rsidR="007D1342">
              <w:t xml:space="preserve"> med. </w:t>
            </w:r>
          </w:p>
        </w:tc>
      </w:tr>
    </w:tbl>
    <w:p w14:paraId="27955E9D" w14:textId="77777777" w:rsidR="002241E4" w:rsidRDefault="002241E4"/>
    <w:p w14:paraId="285B62D6" w14:textId="77777777" w:rsidR="002241E4" w:rsidRDefault="00000000">
      <w:pPr>
        <w:jc w:val="center"/>
      </w:pPr>
      <w:r>
        <w:rPr>
          <w:b/>
          <w:color w:val="173A66"/>
          <w:sz w:val="28"/>
        </w:rPr>
        <w:t>DET MÅ GERNE VÆRE NEMT</w:t>
      </w:r>
    </w:p>
    <w:p w14:paraId="54EB6F40" w14:textId="77777777" w:rsidR="002241E4" w:rsidRDefault="00000000">
      <w:pPr>
        <w:jc w:val="center"/>
      </w:pPr>
      <w:r>
        <w:t>Lasagne fra køledisken, hotdogs, pasta med kødsovs, suppe og brød eller familiens nemme favorit er helt fint.</w:t>
      </w:r>
    </w:p>
    <w:p w14:paraId="6717DD56" w14:textId="77777777" w:rsidR="002241E4" w:rsidRDefault="00000000">
      <w:pPr>
        <w:pStyle w:val="Overskrift2"/>
      </w:pPr>
      <w:r>
        <w:t>Hvorfor gør vi det?</w:t>
      </w:r>
    </w:p>
    <w:p w14:paraId="19932C72" w14:textId="1BB3BB9B" w:rsidR="002241E4" w:rsidRDefault="00000000">
      <w:r>
        <w:t xml:space="preserve">Vores ledere bruger deres torsdag på at skabe FDF for børn og unge. Når forældrene på skift sørger for maden, får lederne både et måltid </w:t>
      </w:r>
      <w:proofErr w:type="spellStart"/>
      <w:r>
        <w:t>og</w:t>
      </w:r>
      <w:proofErr w:type="spellEnd"/>
      <w:r>
        <w:t xml:space="preserve"> et </w:t>
      </w:r>
      <w:proofErr w:type="spellStart"/>
      <w:r>
        <w:t>fælles</w:t>
      </w:r>
      <w:proofErr w:type="spellEnd"/>
      <w:r>
        <w:t xml:space="preserve"> </w:t>
      </w:r>
      <w:proofErr w:type="spellStart"/>
      <w:r>
        <w:t>pusterum</w:t>
      </w:r>
      <w:proofErr w:type="spellEnd"/>
      <w:r w:rsidR="007D1342">
        <w:t>.</w:t>
      </w:r>
    </w:p>
    <w:p w14:paraId="3E1CE316" w14:textId="77777777" w:rsidR="002241E4" w:rsidRDefault="00000000">
      <w:pPr>
        <w:jc w:val="center"/>
      </w:pPr>
      <w:r>
        <w:rPr>
          <w:b/>
          <w:sz w:val="30"/>
        </w:rPr>
        <w:t>Én familie · Én torsdag · Ét måltid</w:t>
      </w:r>
    </w:p>
    <w:p w14:paraId="75409C61" w14:textId="0F36B655" w:rsidR="002241E4" w:rsidRDefault="00F00591">
      <w:pPr>
        <w:jc w:val="center"/>
      </w:pPr>
      <w:r>
        <w:t xml:space="preserve">Start din </w:t>
      </w:r>
      <w:proofErr w:type="spellStart"/>
      <w:r>
        <w:t>tilmelding</w:t>
      </w:r>
      <w:proofErr w:type="spellEnd"/>
      <w:r>
        <w:t xml:space="preserve"> her</w:t>
      </w:r>
    </w:p>
    <w:p w14:paraId="4ABC29D4" w14:textId="657BCB52" w:rsidR="002241E4" w:rsidRDefault="00F00591" w:rsidP="00F00591">
      <w:pPr>
        <w:jc w:val="center"/>
      </w:pPr>
      <w:r>
        <w:rPr>
          <w:noProof/>
        </w:rPr>
        <w:drawing>
          <wp:inline distT="0" distB="0" distL="0" distR="0" wp14:anchorId="593406AB" wp14:editId="3BF0ADF4">
            <wp:extent cx="2512613" cy="2512613"/>
            <wp:effectExtent l="0" t="0" r="2540" b="2540"/>
            <wp:docPr id="21612976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29761" name="Billede 21612976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2165" cy="252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br w:type="page"/>
      </w:r>
    </w:p>
    <w:p w14:paraId="2F9D75C5" w14:textId="77777777" w:rsidR="002241E4" w:rsidRDefault="00000000">
      <w:pPr>
        <w:pStyle w:val="Overskrift1"/>
      </w:pPr>
      <w:r>
        <w:lastRenderedPageBreak/>
        <w:t>Alt det praktiske - på én side</w:t>
      </w:r>
    </w:p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5150"/>
        <w:gridCol w:w="5152"/>
      </w:tblGrid>
      <w:tr w:rsidR="002241E4" w14:paraId="58BA00C2" w14:textId="77777777">
        <w:trPr>
          <w:jc w:val="center"/>
        </w:trPr>
        <w:tc>
          <w:tcPr>
            <w:tcW w:w="5156" w:type="dxa"/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BBD28B" w14:textId="77777777" w:rsidR="002241E4" w:rsidRDefault="00000000">
            <w:r>
              <w:rPr>
                <w:b/>
              </w:rPr>
              <w:t>Hvor mange?</w:t>
            </w:r>
          </w:p>
        </w:tc>
        <w:tc>
          <w:tcPr>
            <w:tcW w:w="51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88FF61" w14:textId="77777777" w:rsidR="002241E4" w:rsidRDefault="00000000">
            <w:r>
              <w:t>Ca. 25 personer.</w:t>
            </w:r>
          </w:p>
        </w:tc>
      </w:tr>
      <w:tr w:rsidR="002241E4" w14:paraId="6EE0BB98" w14:textId="77777777">
        <w:trPr>
          <w:jc w:val="center"/>
        </w:trPr>
        <w:tc>
          <w:tcPr>
            <w:tcW w:w="5156" w:type="dxa"/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BBE81E" w14:textId="77777777" w:rsidR="002241E4" w:rsidRDefault="00000000">
            <w:r>
              <w:rPr>
                <w:b/>
              </w:rPr>
              <w:t>Budget</w:t>
            </w:r>
          </w:p>
        </w:tc>
        <w:tc>
          <w:tcPr>
            <w:tcW w:w="51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C4B857" w14:textId="1DE727AD" w:rsidR="002241E4" w:rsidRDefault="00000000">
            <w:r>
              <w:t xml:space="preserve">500-700 kr. pr. </w:t>
            </w:r>
            <w:proofErr w:type="spellStart"/>
            <w:r>
              <w:t>torsdag</w:t>
            </w:r>
            <w:proofErr w:type="spellEnd"/>
            <w:r>
              <w:t>.</w:t>
            </w:r>
            <w:r w:rsidR="007D1342">
              <w:br/>
              <w:t xml:space="preserve">Du </w:t>
            </w:r>
            <w:proofErr w:type="spellStart"/>
            <w:r w:rsidR="007D1342">
              <w:t>lægger</w:t>
            </w:r>
            <w:proofErr w:type="spellEnd"/>
            <w:r w:rsidR="007D1342">
              <w:t xml:space="preserve"> </w:t>
            </w:r>
            <w:proofErr w:type="spellStart"/>
            <w:r w:rsidR="007D1342">
              <w:t>ud</w:t>
            </w:r>
            <w:proofErr w:type="spellEnd"/>
            <w:r w:rsidR="007D1342">
              <w:t xml:space="preserve"> </w:t>
            </w:r>
            <w:proofErr w:type="spellStart"/>
            <w:r w:rsidR="007D1342">
              <w:t>og</w:t>
            </w:r>
            <w:proofErr w:type="spellEnd"/>
            <w:r w:rsidR="007D1342">
              <w:t xml:space="preserve"> </w:t>
            </w:r>
            <w:proofErr w:type="spellStart"/>
            <w:r w:rsidR="007D1342">
              <w:t>får</w:t>
            </w:r>
            <w:proofErr w:type="spellEnd"/>
            <w:r w:rsidR="007D1342">
              <w:t xml:space="preserve"> alle </w:t>
            </w:r>
            <w:proofErr w:type="spellStart"/>
            <w:r w:rsidR="007D1342">
              <w:t>udgifter</w:t>
            </w:r>
            <w:proofErr w:type="spellEnd"/>
            <w:r w:rsidR="007D1342">
              <w:t xml:space="preserve"> </w:t>
            </w:r>
            <w:proofErr w:type="spellStart"/>
            <w:r w:rsidR="007D1342">
              <w:t>dækket</w:t>
            </w:r>
            <w:proofErr w:type="spellEnd"/>
            <w:r w:rsidR="007D1342">
              <w:t xml:space="preserve">. </w:t>
            </w:r>
          </w:p>
        </w:tc>
      </w:tr>
      <w:tr w:rsidR="002241E4" w14:paraId="7090953B" w14:textId="77777777">
        <w:trPr>
          <w:jc w:val="center"/>
        </w:trPr>
        <w:tc>
          <w:tcPr>
            <w:tcW w:w="5156" w:type="dxa"/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8995D4" w14:textId="77777777" w:rsidR="002241E4" w:rsidRDefault="00000000">
            <w:r>
              <w:rPr>
                <w:b/>
              </w:rPr>
              <w:t>Hvor?</w:t>
            </w:r>
          </w:p>
        </w:tc>
        <w:tc>
          <w:tcPr>
            <w:tcW w:w="51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45B72A" w14:textId="77777777" w:rsidR="002241E4" w:rsidRDefault="00000000">
            <w:r>
              <w:t>I køkkenet i kælderen - eller hjemmefra, hvis det er nemmere.</w:t>
            </w:r>
          </w:p>
        </w:tc>
      </w:tr>
      <w:tr w:rsidR="002241E4" w14:paraId="487856A2" w14:textId="77777777">
        <w:trPr>
          <w:jc w:val="center"/>
        </w:trPr>
        <w:tc>
          <w:tcPr>
            <w:tcW w:w="5156" w:type="dxa"/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B9E381" w14:textId="77777777" w:rsidR="002241E4" w:rsidRDefault="00000000">
            <w:r>
              <w:rPr>
                <w:b/>
              </w:rPr>
              <w:t>Hvornår?</w:t>
            </w:r>
          </w:p>
        </w:tc>
        <w:tc>
          <w:tcPr>
            <w:tcW w:w="51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59BB6E" w14:textId="77777777" w:rsidR="002241E4" w:rsidRDefault="00000000">
            <w:r>
              <w:t>Maden skal være klar til servering torsdag kl. 18.20.</w:t>
            </w:r>
          </w:p>
        </w:tc>
      </w:tr>
      <w:tr w:rsidR="002241E4" w14:paraId="0676B5C2" w14:textId="77777777">
        <w:trPr>
          <w:jc w:val="center"/>
        </w:trPr>
        <w:tc>
          <w:tcPr>
            <w:tcW w:w="5156" w:type="dxa"/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A05F71" w14:textId="77777777" w:rsidR="002241E4" w:rsidRDefault="00000000">
            <w:r>
              <w:rPr>
                <w:b/>
              </w:rPr>
              <w:t>Servering</w:t>
            </w:r>
          </w:p>
        </w:tc>
        <w:tc>
          <w:tcPr>
            <w:tcW w:w="51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7A3CAD" w14:textId="77777777" w:rsidR="002241E4" w:rsidRDefault="00000000">
            <w:r>
              <w:t>Sørg for at maden er anrettet/klar, så lederne kan gå til bordet.</w:t>
            </w:r>
          </w:p>
        </w:tc>
      </w:tr>
      <w:tr w:rsidR="002241E4" w14:paraId="47AA37EF" w14:textId="77777777">
        <w:trPr>
          <w:jc w:val="center"/>
        </w:trPr>
        <w:tc>
          <w:tcPr>
            <w:tcW w:w="5156" w:type="dxa"/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277F17" w14:textId="77777777" w:rsidR="002241E4" w:rsidRDefault="00000000">
            <w:r>
              <w:rPr>
                <w:b/>
              </w:rPr>
              <w:t>Bagefter</w:t>
            </w:r>
          </w:p>
        </w:tc>
        <w:tc>
          <w:tcPr>
            <w:tcW w:w="51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433DE4" w14:textId="77777777" w:rsidR="002241E4" w:rsidRDefault="00000000">
            <w:r>
              <w:t>Lederne sætter selv service i opvaskemaskinen. Du skal ikke blive og tage opvasken.</w:t>
            </w:r>
          </w:p>
        </w:tc>
      </w:tr>
      <w:tr w:rsidR="002241E4" w14:paraId="1BF5A3B9" w14:textId="77777777">
        <w:trPr>
          <w:jc w:val="center"/>
        </w:trPr>
        <w:tc>
          <w:tcPr>
            <w:tcW w:w="5156" w:type="dxa"/>
            <w:shd w:val="clear" w:color="auto" w:fill="EAF1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309913" w14:textId="77777777" w:rsidR="002241E4" w:rsidRDefault="00000000">
            <w:r>
              <w:rPr>
                <w:b/>
              </w:rPr>
              <w:t>Niveau</w:t>
            </w:r>
          </w:p>
        </w:tc>
        <w:tc>
          <w:tcPr>
            <w:tcW w:w="51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6D5228" w14:textId="447A791B" w:rsidR="002241E4" w:rsidRDefault="00000000">
            <w:r>
              <w:t xml:space="preserve">Helt almindelig hverdagsmad. </w:t>
            </w:r>
            <w:proofErr w:type="spellStart"/>
            <w:r w:rsidR="007D1342">
              <w:t>G</w:t>
            </w:r>
            <w:r>
              <w:t>enveje</w:t>
            </w:r>
            <w:proofErr w:type="spellEnd"/>
            <w:r>
              <w:t xml:space="preserve"> er </w:t>
            </w:r>
            <w:proofErr w:type="spellStart"/>
            <w:r>
              <w:t>velkomne</w:t>
            </w:r>
            <w:proofErr w:type="spellEnd"/>
            <w:r>
              <w:t>.</w:t>
            </w:r>
          </w:p>
        </w:tc>
      </w:tr>
    </w:tbl>
    <w:p w14:paraId="4C7E431B" w14:textId="77777777" w:rsidR="002241E4" w:rsidRDefault="00000000">
      <w:pPr>
        <w:pStyle w:val="Overskrift2"/>
      </w:pPr>
      <w:r>
        <w:t xml:space="preserve">Den </w:t>
      </w:r>
      <w:proofErr w:type="spellStart"/>
      <w:r>
        <w:t>nemme</w:t>
      </w:r>
      <w:proofErr w:type="spellEnd"/>
      <w:r>
        <w:t xml:space="preserve"> </w:t>
      </w:r>
      <w:proofErr w:type="spellStart"/>
      <w:r>
        <w:t>arbejdsgang</w:t>
      </w:r>
      <w:proofErr w:type="spellEnd"/>
    </w:p>
    <w:p w14:paraId="22E13BE7" w14:textId="77777777" w:rsidR="002241E4" w:rsidRDefault="00000000">
      <w:pPr>
        <w:pStyle w:val="Opstilling-punkttegn"/>
      </w:pPr>
      <w:r>
        <w:t>Dagen før: Tjek menu og indkøb. Køb evt. allerede ind.</w:t>
      </w:r>
    </w:p>
    <w:p w14:paraId="35C3BF45" w14:textId="77777777" w:rsidR="002241E4" w:rsidRDefault="00000000">
      <w:pPr>
        <w:pStyle w:val="Opstilling-punkttegn"/>
      </w:pPr>
      <w:r>
        <w:t>På dagen: Lav maden hjemme eller kom i god tid til kælderkøkkenet.</w:t>
      </w:r>
    </w:p>
    <w:p w14:paraId="318D964E" w14:textId="77777777" w:rsidR="002241E4" w:rsidRDefault="00000000">
      <w:pPr>
        <w:pStyle w:val="Opstilling-punkttegn"/>
      </w:pPr>
      <w:r>
        <w:t>Kl. 18.10: Anret, sæt frem og lav de sidste ting.</w:t>
      </w:r>
    </w:p>
    <w:p w14:paraId="1FCBF8D1" w14:textId="77777777" w:rsidR="002241E4" w:rsidRDefault="00000000">
      <w:pPr>
        <w:pStyle w:val="Opstilling-punkttegn"/>
      </w:pPr>
      <w:r>
        <w:t>Kl. 18.20: Maden er klar.</w:t>
      </w:r>
    </w:p>
    <w:p w14:paraId="6F153287" w14:textId="77777777" w:rsidR="002241E4" w:rsidRDefault="00000000">
      <w:pPr>
        <w:pStyle w:val="Opstilling-punkttegn"/>
      </w:pPr>
      <w:r>
        <w:t>Bagefter: Lederne klarer service og opvaskemaskine.</w:t>
      </w:r>
    </w:p>
    <w:p w14:paraId="1B40659F" w14:textId="77777777" w:rsidR="002241E4" w:rsidRDefault="00000000">
      <w:pPr>
        <w:pStyle w:val="Overskrift2"/>
      </w:pPr>
      <w:r>
        <w:t>Tre regler, der gør det lettere</w:t>
      </w:r>
    </w:p>
    <w:p w14:paraId="108752EA" w14:textId="77777777" w:rsidR="002241E4" w:rsidRDefault="00000000">
      <w:pPr>
        <w:pStyle w:val="Opstilling-punkttegn"/>
      </w:pPr>
      <w:r>
        <w:t>Hellere enkelt end avanceret - en nem ret klar til tiden er perfekt.</w:t>
      </w:r>
    </w:p>
    <w:p w14:paraId="32849FCB" w14:textId="77777777" w:rsidR="002241E4" w:rsidRDefault="00000000">
      <w:pPr>
        <w:pStyle w:val="Opstilling-punkttegn"/>
      </w:pPr>
      <w:r>
        <w:t>Brug genveje - færdige frikadeller, snittet salat, frostgrønt og købelasagne er helt legitimt.</w:t>
      </w:r>
    </w:p>
    <w:p w14:paraId="24F2FED9" w14:textId="77777777" w:rsidR="002241E4" w:rsidRDefault="00000000">
      <w:pPr>
        <w:pStyle w:val="Opstilling-punkttegn"/>
      </w:pPr>
      <w:r>
        <w:t>Tænk buffet - retter i store skåle og fade er nemmest til 25.</w:t>
      </w:r>
    </w:p>
    <w:p w14:paraId="192784FB" w14:textId="77777777" w:rsidR="002241E4" w:rsidRDefault="00000000">
      <w:r>
        <w:br w:type="page"/>
      </w:r>
    </w:p>
    <w:p w14:paraId="1C2542DD" w14:textId="77777777" w:rsidR="002241E4" w:rsidRDefault="00000000">
      <w:pPr>
        <w:pStyle w:val="Overskrift1"/>
      </w:pPr>
      <w:r>
        <w:lastRenderedPageBreak/>
        <w:t>6 × “Tag bare denne menu”</w:t>
      </w:r>
    </w:p>
    <w:p w14:paraId="5C82DC2B" w14:textId="77777777" w:rsidR="002241E4" w:rsidRDefault="00000000">
      <w:r>
        <w:t xml:space="preserve">Mængderne er praktiske tommelfingerregler til ca. 25 voksne. Priser varierer efter </w:t>
      </w:r>
      <w:proofErr w:type="spellStart"/>
      <w:r>
        <w:t>butik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tilbud</w:t>
      </w:r>
      <w:proofErr w:type="spellEnd"/>
      <w:r>
        <w:t xml:space="preserve"> - </w:t>
      </w:r>
      <w:proofErr w:type="spellStart"/>
      <w:r>
        <w:t>vælg</w:t>
      </w:r>
      <w:proofErr w:type="spellEnd"/>
      <w:r>
        <w:t xml:space="preserve"> gerne discount og tilbud for at holde jer </w:t>
      </w:r>
      <w:proofErr w:type="spellStart"/>
      <w:r>
        <w:t>inden</w:t>
      </w:r>
      <w:proofErr w:type="spellEnd"/>
      <w:r>
        <w:t xml:space="preserve"> for 500-700 kr.</w:t>
      </w:r>
    </w:p>
    <w:p w14:paraId="23454D31" w14:textId="77777777" w:rsidR="002241E4" w:rsidRDefault="00000000">
      <w:pPr>
        <w:pStyle w:val="Overskrift2"/>
      </w:pPr>
      <w:r>
        <w:t>1 · Pasta med kødsovs</w:t>
      </w:r>
    </w:p>
    <w:p w14:paraId="34AF1609" w14:textId="77777777" w:rsidR="002241E4" w:rsidRDefault="00000000">
      <w:r>
        <w:rPr>
          <w:b/>
          <w:color w:val="173A66"/>
        </w:rPr>
        <w:t>MEGET NEM</w:t>
      </w:r>
    </w:p>
    <w:p w14:paraId="3BED2AD1" w14:textId="77777777" w:rsidR="002241E4" w:rsidRDefault="00000000">
      <w:r>
        <w:rPr>
          <w:b/>
        </w:rPr>
        <w:t xml:space="preserve">Indkøb: </w:t>
      </w:r>
      <w:r>
        <w:t>2,5 kg hakket oksekød · 5-6 glas/dåser tomat/pastasauce + løg · 2,5-3 kg tør pasta · 2-3 flutes · Evt. revet ost</w:t>
      </w:r>
    </w:p>
    <w:p w14:paraId="14905BB6" w14:textId="77777777" w:rsidR="002241E4" w:rsidRDefault="00000000">
      <w:r>
        <w:rPr>
          <w:b/>
        </w:rPr>
        <w:t xml:space="preserve">Sådan: </w:t>
      </w:r>
      <w:r>
        <w:t>Brun kødet, tilsæt sauce, kog pasta. Hold gerne pasta og sovs hver for sig.</w:t>
      </w:r>
    </w:p>
    <w:p w14:paraId="011B090C" w14:textId="77777777" w:rsidR="002241E4" w:rsidRDefault="00000000">
      <w:pPr>
        <w:pStyle w:val="Overskrift2"/>
      </w:pPr>
      <w:r>
        <w:t>2 · Hotdogs med det hele</w:t>
      </w:r>
    </w:p>
    <w:p w14:paraId="0536C01E" w14:textId="77777777" w:rsidR="002241E4" w:rsidRDefault="00000000">
      <w:r>
        <w:rPr>
          <w:b/>
          <w:color w:val="173A66"/>
        </w:rPr>
        <w:t>ULTRANEM</w:t>
      </w:r>
    </w:p>
    <w:p w14:paraId="2074FF91" w14:textId="77777777" w:rsidR="002241E4" w:rsidRDefault="00000000">
      <w:r>
        <w:rPr>
          <w:b/>
        </w:rPr>
        <w:t xml:space="preserve">Indkøb: </w:t>
      </w:r>
      <w:r>
        <w:t>45-50 pølser · 45-50 hotdogbrød · Ketchup, sennep og remoulade · Ristede + rå løg · Agurkesalat · Evt. snackgrønt</w:t>
      </w:r>
    </w:p>
    <w:p w14:paraId="437D1349" w14:textId="77777777" w:rsidR="002241E4" w:rsidRDefault="00000000">
      <w:r>
        <w:rPr>
          <w:b/>
        </w:rPr>
        <w:t xml:space="preserve">Sådan: </w:t>
      </w:r>
      <w:r>
        <w:t>Varm pølser og brød. Stil tilbehør frem som buffet.</w:t>
      </w:r>
    </w:p>
    <w:p w14:paraId="3059C328" w14:textId="77777777" w:rsidR="002241E4" w:rsidRDefault="00000000">
      <w:pPr>
        <w:pStyle w:val="Overskrift2"/>
      </w:pPr>
      <w:r>
        <w:t>3 · Frikadeller + kartoffelsalat</w:t>
      </w:r>
    </w:p>
    <w:p w14:paraId="7EA0996A" w14:textId="77777777" w:rsidR="002241E4" w:rsidRDefault="00000000">
      <w:r>
        <w:rPr>
          <w:b/>
          <w:color w:val="173A66"/>
        </w:rPr>
        <w:t>MEGET NEM</w:t>
      </w:r>
    </w:p>
    <w:p w14:paraId="722A6713" w14:textId="77777777" w:rsidR="002241E4" w:rsidRDefault="00000000">
      <w:r>
        <w:rPr>
          <w:b/>
        </w:rPr>
        <w:t xml:space="preserve">Indkøb: </w:t>
      </w:r>
      <w:r>
        <w:t>Ca. 60 færdige frikadeller · 5-6 kg kartoffelsalat · 2-3 poser salat/grønt · 2-3 flutes</w:t>
      </w:r>
    </w:p>
    <w:p w14:paraId="5FC12F93" w14:textId="77777777" w:rsidR="002241E4" w:rsidRDefault="00000000">
      <w:r>
        <w:rPr>
          <w:b/>
        </w:rPr>
        <w:t xml:space="preserve">Sådan: </w:t>
      </w:r>
      <w:r>
        <w:t xml:space="preserve">Varm frikadellerne eller server dem lune. Kartoffelsalat og </w:t>
      </w:r>
      <w:proofErr w:type="spellStart"/>
      <w:r>
        <w:t>grønt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siden</w:t>
      </w:r>
      <w:proofErr w:type="spellEnd"/>
      <w:r>
        <w:t xml:space="preserve"> </w:t>
      </w:r>
      <w:proofErr w:type="spellStart"/>
      <w:r>
        <w:t>af</w:t>
      </w:r>
      <w:proofErr w:type="spellEnd"/>
      <w:r>
        <w:t>.</w:t>
      </w:r>
    </w:p>
    <w:p w14:paraId="7984318F" w14:textId="77777777" w:rsidR="000E6040" w:rsidRDefault="000E6040"/>
    <w:p w14:paraId="2486A5D5" w14:textId="77777777" w:rsidR="000E6040" w:rsidRDefault="000E6040"/>
    <w:p w14:paraId="114AF4FE" w14:textId="77777777" w:rsidR="002241E4" w:rsidRDefault="00000000">
      <w:pPr>
        <w:pStyle w:val="Overskrift2"/>
        <w:pageBreakBefore/>
      </w:pPr>
      <w:r>
        <w:lastRenderedPageBreak/>
        <w:t>4 · Chili con carne + ris/nachos</w:t>
      </w:r>
    </w:p>
    <w:p w14:paraId="03A57EE8" w14:textId="77777777" w:rsidR="002241E4" w:rsidRDefault="00000000">
      <w:r>
        <w:rPr>
          <w:b/>
          <w:color w:val="173A66"/>
        </w:rPr>
        <w:t>NEM</w:t>
      </w:r>
    </w:p>
    <w:p w14:paraId="7F023A75" w14:textId="77777777" w:rsidR="002241E4" w:rsidRDefault="00000000">
      <w:r>
        <w:rPr>
          <w:b/>
        </w:rPr>
        <w:t xml:space="preserve">Indkøb: </w:t>
      </w:r>
      <w:r>
        <w:t>2,5 kg hakket oksekød · 8-10 dåser bønner · 5-6 dåser hakkede tomater · 2 kg ris eller 5-6 poser nachos · Cremefraiche · Evt. majs og ost</w:t>
      </w:r>
    </w:p>
    <w:p w14:paraId="138992D7" w14:textId="671B771D" w:rsidR="002241E4" w:rsidRDefault="00000000">
      <w:r>
        <w:rPr>
          <w:b/>
        </w:rPr>
        <w:t xml:space="preserve">Sådan: </w:t>
      </w:r>
      <w:r>
        <w:t xml:space="preserve">Lav chilien i én stor gryde. Brug chili, paprika, </w:t>
      </w:r>
      <w:proofErr w:type="spellStart"/>
      <w:r>
        <w:t>spidskommen</w:t>
      </w:r>
      <w:proofErr w:type="spellEnd"/>
      <w:r>
        <w:t xml:space="preserve"> </w:t>
      </w:r>
      <w:proofErr w:type="spellStart"/>
      <w:r>
        <w:t>m.m.</w:t>
      </w:r>
      <w:proofErr w:type="spellEnd"/>
    </w:p>
    <w:p w14:paraId="1FD31102" w14:textId="77777777" w:rsidR="002241E4" w:rsidRDefault="00000000">
      <w:pPr>
        <w:pStyle w:val="Overskrift2"/>
      </w:pPr>
      <w:r>
        <w:t>5 · Lasagne + grønt</w:t>
      </w:r>
    </w:p>
    <w:p w14:paraId="7F403777" w14:textId="77777777" w:rsidR="002241E4" w:rsidRDefault="00000000">
      <w:r>
        <w:rPr>
          <w:b/>
          <w:color w:val="173A66"/>
        </w:rPr>
        <w:t>MEGET NEM</w:t>
      </w:r>
    </w:p>
    <w:p w14:paraId="5D9CC3D8" w14:textId="77777777" w:rsidR="002241E4" w:rsidRDefault="00000000">
      <w:r>
        <w:rPr>
          <w:b/>
        </w:rPr>
        <w:t xml:space="preserve">Indkøb: </w:t>
      </w:r>
      <w:r>
        <w:t>5-6 store familie-lasagner (tilpas størrelse) · 2-3 poser salat/grønt · Dressing · 3 flutes</w:t>
      </w:r>
    </w:p>
    <w:p w14:paraId="621219CC" w14:textId="77777777" w:rsidR="002241E4" w:rsidRDefault="00000000">
      <w:r>
        <w:rPr>
          <w:b/>
        </w:rPr>
        <w:t xml:space="preserve">Sådan: </w:t>
      </w:r>
      <w:r>
        <w:t>Køledisk/frost er helt tilladt. Ind i ovnen, lav enkel salat og varm brød.</w:t>
      </w:r>
    </w:p>
    <w:p w14:paraId="6B748943" w14:textId="77777777" w:rsidR="002241E4" w:rsidRDefault="00000000">
      <w:pPr>
        <w:pStyle w:val="Overskrift2"/>
      </w:pPr>
      <w:r>
        <w:t>6 · Kylling i tomat/flødesauce + pasta</w:t>
      </w:r>
    </w:p>
    <w:p w14:paraId="70C2CD97" w14:textId="77777777" w:rsidR="002241E4" w:rsidRDefault="00000000">
      <w:r>
        <w:rPr>
          <w:b/>
          <w:color w:val="173A66"/>
        </w:rPr>
        <w:t>NEM</w:t>
      </w:r>
    </w:p>
    <w:p w14:paraId="7C561C9A" w14:textId="77777777" w:rsidR="002241E4" w:rsidRDefault="00000000">
      <w:r>
        <w:rPr>
          <w:b/>
        </w:rPr>
        <w:t xml:space="preserve">Indkøb: </w:t>
      </w:r>
      <w:r>
        <w:t>3-3,5 kg kylling i tern · 2,5 kg pasta · Tomat/fløde til stor gryde sauce · 2-3 poser grøntsager · Evt. revet ost</w:t>
      </w:r>
    </w:p>
    <w:p w14:paraId="0E943ECD" w14:textId="074AD2D6" w:rsidR="002241E4" w:rsidRDefault="00000000">
      <w:r>
        <w:rPr>
          <w:b/>
        </w:rPr>
        <w:t xml:space="preserve">Sådan: </w:t>
      </w:r>
      <w:r>
        <w:t xml:space="preserve">Steg kylling, tilsæt grønt og sauce. Smag til med fx paprika, hvidløg og </w:t>
      </w:r>
      <w:proofErr w:type="gramStart"/>
      <w:r>
        <w:t xml:space="preserve">urter </w:t>
      </w:r>
      <w:r w:rsidR="007D1342">
        <w:t>.</w:t>
      </w:r>
      <w:proofErr w:type="gramEnd"/>
    </w:p>
    <w:p w14:paraId="43F5FB3B" w14:textId="0194B1FD" w:rsidR="002241E4" w:rsidRDefault="002241E4"/>
    <w:sectPr w:rsidR="002241E4" w:rsidSect="00034616">
      <w:footerReference w:type="default" r:id="rId10"/>
      <w:pgSz w:w="12240" w:h="15840"/>
      <w:pgMar w:top="850" w:right="964" w:bottom="90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9540A2" w14:textId="77777777" w:rsidR="003E5D5C" w:rsidRDefault="003E5D5C">
      <w:pPr>
        <w:spacing w:after="0" w:line="240" w:lineRule="auto"/>
      </w:pPr>
      <w:r>
        <w:separator/>
      </w:r>
    </w:p>
  </w:endnote>
  <w:endnote w:type="continuationSeparator" w:id="0">
    <w:p w14:paraId="2EE9DFEB" w14:textId="77777777" w:rsidR="003E5D5C" w:rsidRDefault="003E5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706664" w14:textId="77777777" w:rsidR="002241E4" w:rsidRDefault="00000000">
    <w:pPr>
      <w:pStyle w:val="Sidefod"/>
      <w:jc w:val="center"/>
    </w:pPr>
    <w:r>
      <w:rPr>
        <w:color w:val="66717E"/>
        <w:sz w:val="16"/>
      </w:rPr>
      <w:t xml:space="preserve">FDF Odense 2 Dyrup · </w:t>
    </w:r>
    <w:proofErr w:type="spellStart"/>
    <w:r>
      <w:rPr>
        <w:color w:val="66717E"/>
        <w:sz w:val="16"/>
      </w:rPr>
      <w:t>LederMad</w:t>
    </w:r>
    <w:proofErr w:type="spellEnd"/>
    <w:r>
      <w:rPr>
        <w:color w:val="66717E"/>
        <w:sz w:val="16"/>
      </w:rPr>
      <w:t xml:space="preserve"> 2026/27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03D514" w14:textId="77777777" w:rsidR="003E5D5C" w:rsidRDefault="003E5D5C">
      <w:pPr>
        <w:spacing w:after="0" w:line="240" w:lineRule="auto"/>
      </w:pPr>
      <w:r>
        <w:separator/>
      </w:r>
    </w:p>
  </w:footnote>
  <w:footnote w:type="continuationSeparator" w:id="0">
    <w:p w14:paraId="241B3D31" w14:textId="77777777" w:rsidR="003E5D5C" w:rsidRDefault="003E5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3912819">
    <w:abstractNumId w:val="8"/>
  </w:num>
  <w:num w:numId="2" w16cid:durableId="1371615802">
    <w:abstractNumId w:val="6"/>
  </w:num>
  <w:num w:numId="3" w16cid:durableId="713654113">
    <w:abstractNumId w:val="5"/>
  </w:num>
  <w:num w:numId="4" w16cid:durableId="911551180">
    <w:abstractNumId w:val="4"/>
  </w:num>
  <w:num w:numId="5" w16cid:durableId="1027178384">
    <w:abstractNumId w:val="7"/>
  </w:num>
  <w:num w:numId="6" w16cid:durableId="182714699">
    <w:abstractNumId w:val="3"/>
  </w:num>
  <w:num w:numId="7" w16cid:durableId="1681204283">
    <w:abstractNumId w:val="2"/>
  </w:num>
  <w:num w:numId="8" w16cid:durableId="1154225955">
    <w:abstractNumId w:val="1"/>
  </w:num>
  <w:num w:numId="9" w16cid:durableId="63919034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6040"/>
    <w:rsid w:val="0015074B"/>
    <w:rsid w:val="002241E4"/>
    <w:rsid w:val="0029639D"/>
    <w:rsid w:val="00302433"/>
    <w:rsid w:val="00326F90"/>
    <w:rsid w:val="003E5D5C"/>
    <w:rsid w:val="007D1342"/>
    <w:rsid w:val="00A62212"/>
    <w:rsid w:val="00AA1D8D"/>
    <w:rsid w:val="00B47730"/>
    <w:rsid w:val="00CB0664"/>
    <w:rsid w:val="00F00591"/>
    <w:rsid w:val="00FC693F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D7C2AA"/>
  <w14:defaultImageDpi w14:val="300"/>
  <w15:docId w15:val="{6B94CEDB-AEF3-EA43-93DE-54D47991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A66"/>
      <w:sz w:val="4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73A66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A66"/>
      <w:spacing w:val="5"/>
      <w:kern w:val="28"/>
      <w:sz w:val="56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601</Words>
  <Characters>3063</Characters>
  <Application>Microsoft Office Word</Application>
  <DocSecurity>0</DocSecurity>
  <Lines>82</Lines>
  <Paragraphs>83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Katrine Borg-Hansen</cp:lastModifiedBy>
  <cp:revision>4</cp:revision>
  <dcterms:created xsi:type="dcterms:W3CDTF">2026-08-20T06:18:00Z</dcterms:created>
  <dcterms:modified xsi:type="dcterms:W3CDTF">2026-08-20T06:42:00Z</dcterms:modified>
  <cp:category/>
</cp:coreProperties>
</file>